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80"/>
      </w:pPr>
      <w:r>
        <w:rPr>
          <w:rFonts w:ascii="Be Vietnam Pro" w:hAnsi="Be Vietnam Pro"/>
          <w:color w:val="6B7785"/>
          <w:sz w:val="18"/>
        </w:rPr>
        <w:t>Aussteller (Bezeichnung und Anschrift der steuerbegünstigten Einrichtung)</w:t>
      </w:r>
    </w:p>
    <w:p>
      <w:pPr>
        <w:spacing w:after="120"/>
      </w:pPr>
      <w:r>
        <w:rPr>
          <w:rFonts w:ascii="Be Vietnam Pro" w:hAnsi="Be Vietnam Pro"/>
          <w:b/>
          <w:sz w:val="28"/>
        </w:rPr>
        <w:t>Bestätigung über Sachzuwendungen</w:t>
      </w:r>
    </w:p>
    <w:p>
      <w:pPr>
        <w:spacing w:after="120"/>
      </w:pPr>
      <w:r>
        <w:rPr>
          <w:rFonts w:ascii="Be Vietnam Pro" w:hAnsi="Be Vietnam Pro"/>
        </w:rPr>
        <w:t>im Sinne des § 10b des Einkommensteuergesetzes an eine der in § 5 Abs. 1 Nr. 9 des Körperschaftsteuergesetzes bezeichneten Körperschaften, Personenvereinigungen oder Vermögensmassen</w:t>
      </w:r>
    </w:p>
    <w:p>
      <w:pPr>
        <w:spacing w:after="680"/>
      </w:pPr>
      <w:r>
        <w:rPr>
          <w:rFonts w:ascii="Be Vietnam Pro" w:hAnsi="Be Vietnam Pro"/>
        </w:rPr>
        <w:t>Name und Anschrift des Zuwendenden:</w:t>
      </w:r>
    </w:p>
    <w:p>
      <w:pPr>
        <w:spacing w:after="400"/>
      </w:pPr>
      <w:r>
        <w:rPr>
          <w:rFonts w:ascii="Be Vietnam Pro" w:hAnsi="Be Vietnam Pro"/>
        </w:rPr>
        <w:t>Wert der Zuwendung – in Ziffern –:            – in Buchstaben –:            Tag der Zuwendung:</w:t>
      </w:r>
    </w:p>
    <w:p>
      <w:pPr>
        <w:spacing w:after="680"/>
      </w:pPr>
      <w:r>
        <w:rPr>
          <w:rFonts w:ascii="Be Vietnam Pro" w:hAnsi="Be Vietnam Pro"/>
        </w:rPr>
        <w:t>Genaue Bezeichnung der Sachzuwendung mit Alter, Zustand, Kaufpreis usw.:</w:t>
      </w:r>
    </w:p>
    <w:p>
      <w:pPr>
        <w:spacing w:after="400"/>
      </w:pPr>
      <w:r>
        <w:rPr>
          <w:rFonts w:ascii="Be Vietnam Pro" w:hAnsi="Be Vietnam Pro"/>
        </w:rPr>
        <w:t>☐ Die Sachzuwendung stammt nach den Angaben des Zuwendenden aus dem Betriebsvermögen. Die Zuwendung wurde mit dem Entnahmewert (ggf. mit dem niedrigeren gemeinen Wert) bewertet.</w:t>
      </w:r>
    </w:p>
    <w:p>
      <w:pPr>
        <w:spacing w:after="400"/>
      </w:pPr>
      <w:r>
        <w:rPr>
          <w:rFonts w:ascii="Be Vietnam Pro" w:hAnsi="Be Vietnam Pro"/>
        </w:rPr>
        <w:t>☐ Die Sachzuwendung stammt nach den Angaben des Zuwendenden aus dem Privatvermögen.</w:t>
      </w:r>
    </w:p>
    <w:p>
      <w:pPr>
        <w:spacing w:after="400"/>
      </w:pPr>
      <w:r>
        <w:rPr>
          <w:rFonts w:ascii="Be Vietnam Pro" w:hAnsi="Be Vietnam Pro"/>
        </w:rPr>
        <w:t>☐ Der Zuwendende hat trotz Aufforderung keine Angaben zur Herkunft der Sachzuwendung gemacht.</w:t>
      </w:r>
    </w:p>
    <w:p>
      <w:pPr>
        <w:spacing w:after="400"/>
      </w:pPr>
      <w:r>
        <w:rPr>
          <w:rFonts w:ascii="Be Vietnam Pro" w:hAnsi="Be Vietnam Pro"/>
        </w:rPr>
        <w:t>☐ Geeignete Unterlagen, die zur Wertermittlung gedient haben, z. B. Rechnung, Gutachten, liegen vor.</w:t>
      </w:r>
    </w:p>
    <w:p>
      <w:pPr>
        <w:spacing w:after="400"/>
      </w:pPr>
      <w:r>
        <w:rPr>
          <w:rFonts w:ascii="Be Vietnam Pro" w:hAnsi="Be Vietnam Pro"/>
        </w:rPr>
        <w:t>Wir sind wegen Förderung (Angabe des begünstigten Zwecks / der begünstigten Zwecke) nach dem Freistellungsbescheid bzw. nach der Anlage zum Körperschaftsteuerbescheid des Finanzamts (Name), StNr. (Nummer), vom (Datum) für den letzten Veranlagungszeitraum (Jahr) nach § 5 Abs. 1 Nr. 9 des Körperschaftsteuergesetzes von der Körperschaftsteuer und nach § 3 Nr. 6 des Gewerbesteuergesetzes von der Gewerbesteuer befreit.</w:t>
      </w:r>
    </w:p>
    <w:p>
      <w:pPr>
        <w:spacing w:after="400"/>
      </w:pPr>
      <w:r>
        <w:rPr>
          <w:rFonts w:ascii="Be Vietnam Pro" w:hAnsi="Be Vietnam Pro"/>
        </w:rPr>
        <w:t>Es wird bestätigt, dass die Zuwendung nur zur Förderung (Angabe des begünstigten Zwecks / der begünstigten Zwecke) verwendet wird.</w:t>
      </w:r>
    </w:p>
    <w:p>
      <w:pPr>
        <w:spacing w:after="960"/>
      </w:pPr>
      <w:r>
        <w:rPr>
          <w:rFonts w:ascii="Be Vietnam Pro" w:hAnsi="Be Vietnam Pro"/>
        </w:rPr>
        <w:t>Ort, Datum und Unterschrift des Zuwendungsempfängers:</w:t>
      </w:r>
    </w:p>
    <w:p>
      <w:pPr>
        <w:spacing w:after="120"/>
      </w:pPr>
      <w:r>
        <w:rPr>
          <w:rFonts w:ascii="Be Vietnam Pro" w:hAnsi="Be Vietnam Pro"/>
        </w:rPr>
        <w:t>Hinweis: Wer vorsätzlich oder grob fahrlässig eine unrichtige Zuwendungsbestätigung erstellt oder veranlasst, dass Zuwendungen nicht zu den in der Zuwendungsbestätigung angegebenen steuerbegünstigten Zwecken verwendet werden, haftet für die entgangene Steuer (§ 10b Abs. 4 EStG, § 9 Abs. 3 KStG, § 9 Nr. 5 GewStG).</w:t>
      </w:r>
    </w:p>
    <w:p>
      <w:r>
        <w:rPr>
          <w:rFonts w:ascii="Be Vietnam Pro" w:hAnsi="Be Vietnam Pro"/>
          <w:color w:val="6B7785"/>
          <w:sz w:val="15"/>
        </w:rPr>
        <w:t>Vorlage auf Basis des amtlichen Musters für Zuwendungsbestätigungen (BMF). Ohne Gewähr, keine Steuerberatung. Maßgeblich sind die aktuellen amtlichen Muster und BMF-Schreiben. Bereitgestellt von GoodFunds · about.goodfunds.de</w:t>
      </w:r>
    </w:p>
    <w:sectPr w:rsidR="00FC693F" w:rsidRPr="0006063C" w:rsidSect="00034616">
      <w:pgSz w:w="12240" w:h="15840"/>
      <w:pgMar w:top="1134" w:right="1247" w:bottom="85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Be Vietnam Pro" w:hAnsi="Be Vietnam Pro"/>
      <w:color w:val="213449"/>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